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BB60D" w14:textId="77777777" w:rsidR="00077AD7" w:rsidRDefault="00000000">
      <w:pPr>
        <w:jc w:val="center"/>
      </w:pPr>
      <w:r>
        <w:rPr>
          <w:noProof/>
        </w:rPr>
        <w:drawing>
          <wp:inline distT="0" distB="0" distL="0" distR="0" wp14:anchorId="5F3A9AD0" wp14:editId="6652075C">
            <wp:extent cx="1371600" cy="126609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42efa19-93d4-4f94-a230-888a6350e196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66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7E989" w14:textId="77777777" w:rsidR="00077AD7" w:rsidRDefault="00000000" w:rsidP="008363F1">
      <w:pPr>
        <w:pStyle w:val="Heading2"/>
        <w:jc w:val="center"/>
      </w:pPr>
      <w:r>
        <w:t>Membership Application Form</w:t>
      </w:r>
    </w:p>
    <w:p w14:paraId="2030CE6B" w14:textId="77777777" w:rsidR="008363F1" w:rsidRPr="008363F1" w:rsidRDefault="008363F1" w:rsidP="008363F1"/>
    <w:p w14:paraId="50171166" w14:textId="77777777" w:rsidR="00077AD7" w:rsidRDefault="00000000">
      <w:pPr>
        <w:pStyle w:val="Heading3"/>
      </w:pPr>
      <w:r>
        <w:t>Section 1: Personal Information</w:t>
      </w:r>
    </w:p>
    <w:p w14:paraId="20034DB9" w14:textId="77777777" w:rsidR="00077AD7" w:rsidRDefault="00000000">
      <w:r>
        <w:t>Full Name: ________________________________________</w:t>
      </w:r>
    </w:p>
    <w:p w14:paraId="39C9799D" w14:textId="77777777" w:rsidR="00077AD7" w:rsidRDefault="00000000">
      <w:r>
        <w:t>Date of Birth: _____________________________________</w:t>
      </w:r>
    </w:p>
    <w:p w14:paraId="014B59D9" w14:textId="77777777" w:rsidR="00077AD7" w:rsidRDefault="00000000">
      <w:r>
        <w:t>Gender: ☐ Male   ☐ Female   ☐ Other</w:t>
      </w:r>
    </w:p>
    <w:p w14:paraId="42C29D31" w14:textId="77777777" w:rsidR="00077AD7" w:rsidRDefault="00000000">
      <w:r>
        <w:t>CNIC/Passport No.: _________________________________</w:t>
      </w:r>
    </w:p>
    <w:p w14:paraId="39082FEF" w14:textId="77777777" w:rsidR="008363F1" w:rsidRDefault="008363F1">
      <w:pPr>
        <w:pStyle w:val="Heading3"/>
      </w:pPr>
    </w:p>
    <w:p w14:paraId="3F1545F5" w14:textId="0B6B938D" w:rsidR="00077AD7" w:rsidRDefault="00000000">
      <w:pPr>
        <w:pStyle w:val="Heading3"/>
      </w:pPr>
      <w:r>
        <w:t>Section 2: Contact Information</w:t>
      </w:r>
    </w:p>
    <w:p w14:paraId="2E298F30" w14:textId="77777777" w:rsidR="00077AD7" w:rsidRDefault="00000000">
      <w:r>
        <w:t>Current Address: ___________________________________</w:t>
      </w:r>
    </w:p>
    <w:p w14:paraId="0B66ED59" w14:textId="77777777" w:rsidR="00077AD7" w:rsidRDefault="00000000">
      <w:r>
        <w:t>City: ________________________   Province/State: ________________________</w:t>
      </w:r>
    </w:p>
    <w:p w14:paraId="06AC18B2" w14:textId="77777777" w:rsidR="00077AD7" w:rsidRDefault="00000000">
      <w:r>
        <w:t>Country: ________________________</w:t>
      </w:r>
    </w:p>
    <w:p w14:paraId="133C2255" w14:textId="77777777" w:rsidR="00077AD7" w:rsidRDefault="00000000">
      <w:r>
        <w:t>Phone (Mobile): ________________________</w:t>
      </w:r>
    </w:p>
    <w:p w14:paraId="04FDDD2A" w14:textId="77777777" w:rsidR="00077AD7" w:rsidRDefault="00000000">
      <w:r>
        <w:t>Email: ____________________________________________</w:t>
      </w:r>
    </w:p>
    <w:p w14:paraId="19BCA296" w14:textId="77777777" w:rsidR="008363F1" w:rsidRDefault="008363F1">
      <w:pPr>
        <w:pStyle w:val="Heading3"/>
      </w:pPr>
    </w:p>
    <w:p w14:paraId="1A1A5646" w14:textId="0A23C802" w:rsidR="00077AD7" w:rsidRDefault="00000000">
      <w:pPr>
        <w:pStyle w:val="Heading3"/>
      </w:pPr>
      <w:r>
        <w:t>Section 3: Professional Information</w:t>
      </w:r>
    </w:p>
    <w:p w14:paraId="7F6C6FE0" w14:textId="77777777" w:rsidR="00077AD7" w:rsidRDefault="00000000">
      <w:r>
        <w:t>Current Position/Title: _______________________________</w:t>
      </w:r>
    </w:p>
    <w:p w14:paraId="7E0CEA45" w14:textId="77777777" w:rsidR="00077AD7" w:rsidRDefault="00000000">
      <w:r>
        <w:t>Organization/Institution: ______________________________</w:t>
      </w:r>
    </w:p>
    <w:p w14:paraId="508449AF" w14:textId="77777777" w:rsidR="00077AD7" w:rsidRDefault="00000000">
      <w:r>
        <w:t>Department/Lab: ____________________________________</w:t>
      </w:r>
    </w:p>
    <w:p w14:paraId="7E0B98B6" w14:textId="77777777" w:rsidR="00077AD7" w:rsidRDefault="00000000">
      <w:r>
        <w:t>Field of Expertise: ☐ Molecular Pathology   ☐ Genetics   ☐ Infectious Diseases   ☐ Oncology   ☐ Other: _____________</w:t>
      </w:r>
    </w:p>
    <w:p w14:paraId="074DFBE8" w14:textId="77777777" w:rsidR="008363F1" w:rsidRDefault="008363F1">
      <w:pPr>
        <w:pStyle w:val="Heading3"/>
      </w:pPr>
    </w:p>
    <w:p w14:paraId="1DEE6BAA" w14:textId="28CEDA50" w:rsidR="00077AD7" w:rsidRDefault="00000000">
      <w:pPr>
        <w:pStyle w:val="Heading3"/>
      </w:pPr>
      <w:r>
        <w:t xml:space="preserve">Section 4: Membership </w:t>
      </w:r>
      <w:r w:rsidR="00E83D3C">
        <w:t xml:space="preserve">Categories </w:t>
      </w:r>
      <w:r>
        <w:t>&amp; Fees</w:t>
      </w:r>
    </w:p>
    <w:p w14:paraId="4A45D986" w14:textId="736073A8" w:rsidR="00E83D3C" w:rsidRDefault="00E83D3C" w:rsidP="00E83D3C">
      <w:pPr>
        <w:pStyle w:val="Heading3"/>
      </w:pP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2079"/>
        <w:gridCol w:w="2849"/>
        <w:gridCol w:w="1261"/>
        <w:gridCol w:w="3417"/>
      </w:tblGrid>
      <w:tr w:rsidR="00E83D3C" w14:paraId="017EB19A" w14:textId="77777777" w:rsidTr="00E20C4B">
        <w:tc>
          <w:tcPr>
            <w:tcW w:w="2079" w:type="dxa"/>
            <w:shd w:val="clear" w:color="auto" w:fill="92D050"/>
          </w:tcPr>
          <w:p w14:paraId="74B6B62E" w14:textId="77777777" w:rsidR="00E83D3C" w:rsidRDefault="00E83D3C" w:rsidP="00E20C4B">
            <w:pPr>
              <w:jc w:val="center"/>
            </w:pPr>
            <w:r>
              <w:rPr>
                <w:b/>
              </w:rPr>
              <w:t>Category</w:t>
            </w:r>
          </w:p>
        </w:tc>
        <w:tc>
          <w:tcPr>
            <w:tcW w:w="2849" w:type="dxa"/>
            <w:shd w:val="clear" w:color="auto" w:fill="92D050"/>
          </w:tcPr>
          <w:p w14:paraId="2077EE03" w14:textId="77777777" w:rsidR="00E83D3C" w:rsidRDefault="00E83D3C" w:rsidP="00E20C4B">
            <w:pPr>
              <w:jc w:val="center"/>
            </w:pPr>
            <w:r>
              <w:rPr>
                <w:b/>
              </w:rPr>
              <w:t>Eligibility</w:t>
            </w:r>
          </w:p>
        </w:tc>
        <w:tc>
          <w:tcPr>
            <w:tcW w:w="1261" w:type="dxa"/>
            <w:shd w:val="clear" w:color="auto" w:fill="92D050"/>
          </w:tcPr>
          <w:p w14:paraId="33F2A0C3" w14:textId="77777777" w:rsidR="00E83D3C" w:rsidRDefault="00E83D3C" w:rsidP="00E20C4B">
            <w:pPr>
              <w:jc w:val="center"/>
            </w:pPr>
            <w:r>
              <w:rPr>
                <w:b/>
              </w:rPr>
              <w:t>Annual Fee</w:t>
            </w:r>
          </w:p>
        </w:tc>
        <w:tc>
          <w:tcPr>
            <w:tcW w:w="3417" w:type="dxa"/>
            <w:shd w:val="clear" w:color="auto" w:fill="92D050"/>
          </w:tcPr>
          <w:p w14:paraId="7E0E311A" w14:textId="77777777" w:rsidR="00E83D3C" w:rsidRDefault="00E83D3C" w:rsidP="00E20C4B">
            <w:pPr>
              <w:jc w:val="center"/>
            </w:pPr>
            <w:r>
              <w:rPr>
                <w:b/>
              </w:rPr>
              <w:t>Privileges</w:t>
            </w:r>
          </w:p>
        </w:tc>
      </w:tr>
      <w:tr w:rsidR="00E83D3C" w14:paraId="5870E914" w14:textId="77777777" w:rsidTr="00E20C4B">
        <w:tc>
          <w:tcPr>
            <w:tcW w:w="2079" w:type="dxa"/>
          </w:tcPr>
          <w:p w14:paraId="74701DDC" w14:textId="77777777" w:rsidR="00E83D3C" w:rsidRDefault="00E83D3C" w:rsidP="00E20C4B">
            <w:r>
              <w:t>Fellow Member</w:t>
            </w:r>
          </w:p>
        </w:tc>
        <w:tc>
          <w:tcPr>
            <w:tcW w:w="2849" w:type="dxa"/>
          </w:tcPr>
          <w:p w14:paraId="0C36749E" w14:textId="77777777" w:rsidR="00E83D3C" w:rsidRDefault="00E83D3C" w:rsidP="00E20C4B">
            <w:r>
              <w:t>Senior professionals or faculty members with significant experience in Molecular Pathology or related fields, approved by the Executive Committee.</w:t>
            </w:r>
          </w:p>
        </w:tc>
        <w:tc>
          <w:tcPr>
            <w:tcW w:w="1261" w:type="dxa"/>
          </w:tcPr>
          <w:p w14:paraId="20247B6F" w14:textId="77777777" w:rsidR="00E83D3C" w:rsidRDefault="00E83D3C" w:rsidP="00E20C4B">
            <w:r>
              <w:t>Rs. 5,000</w:t>
            </w:r>
          </w:p>
        </w:tc>
        <w:tc>
          <w:tcPr>
            <w:tcW w:w="3417" w:type="dxa"/>
          </w:tcPr>
          <w:p w14:paraId="32A02758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Voting rights</w:t>
            </w:r>
          </w:p>
          <w:p w14:paraId="45122286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Eligibility for election to the Executive Committee</w:t>
            </w:r>
          </w:p>
          <w:p w14:paraId="63C35A6D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May represent AMPP nationally/internationally</w:t>
            </w:r>
          </w:p>
        </w:tc>
      </w:tr>
      <w:tr w:rsidR="00E83D3C" w14:paraId="0AF04953" w14:textId="77777777" w:rsidTr="00E20C4B">
        <w:tc>
          <w:tcPr>
            <w:tcW w:w="2079" w:type="dxa"/>
          </w:tcPr>
          <w:p w14:paraId="7EAA8A2A" w14:textId="77777777" w:rsidR="00E83D3C" w:rsidRDefault="00E83D3C" w:rsidP="00E20C4B">
            <w:r>
              <w:t>Regular Member</w:t>
            </w:r>
          </w:p>
        </w:tc>
        <w:tc>
          <w:tcPr>
            <w:tcW w:w="2849" w:type="dxa"/>
          </w:tcPr>
          <w:p w14:paraId="6F836EA8" w14:textId="77777777" w:rsidR="00E83D3C" w:rsidRDefault="00E83D3C" w:rsidP="00E20C4B">
            <w:r>
              <w:t>Practicing professionals in molecular pathology, genetics, or related diagnostic fields.</w:t>
            </w:r>
          </w:p>
        </w:tc>
        <w:tc>
          <w:tcPr>
            <w:tcW w:w="1261" w:type="dxa"/>
          </w:tcPr>
          <w:p w14:paraId="2039178C" w14:textId="77777777" w:rsidR="00E83D3C" w:rsidRDefault="00E83D3C" w:rsidP="00E20C4B">
            <w:r>
              <w:t>Rs. 3,500</w:t>
            </w:r>
          </w:p>
        </w:tc>
        <w:tc>
          <w:tcPr>
            <w:tcW w:w="3417" w:type="dxa"/>
          </w:tcPr>
          <w:p w14:paraId="49491AB8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Voting rights</w:t>
            </w:r>
          </w:p>
          <w:p w14:paraId="1492DBEA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Access to AMPP programs and workshops</w:t>
            </w:r>
          </w:p>
          <w:p w14:paraId="610B5608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May contribute to working groups</w:t>
            </w:r>
          </w:p>
        </w:tc>
      </w:tr>
      <w:tr w:rsidR="00E83D3C" w14:paraId="4B0D6A89" w14:textId="77777777" w:rsidTr="00E20C4B">
        <w:tc>
          <w:tcPr>
            <w:tcW w:w="2079" w:type="dxa"/>
          </w:tcPr>
          <w:p w14:paraId="3F39B584" w14:textId="77777777" w:rsidR="00E83D3C" w:rsidRDefault="00E83D3C" w:rsidP="00E20C4B">
            <w:r>
              <w:t>Technologist Member</w:t>
            </w:r>
          </w:p>
        </w:tc>
        <w:tc>
          <w:tcPr>
            <w:tcW w:w="2849" w:type="dxa"/>
          </w:tcPr>
          <w:p w14:paraId="23F563EB" w14:textId="3794A4B8" w:rsidR="00E83D3C" w:rsidRDefault="00E83D3C" w:rsidP="00E20C4B">
            <w:r>
              <w:t>Laboratory technologists involved in molecular testing or related disciplines.</w:t>
            </w:r>
          </w:p>
        </w:tc>
        <w:tc>
          <w:tcPr>
            <w:tcW w:w="1261" w:type="dxa"/>
          </w:tcPr>
          <w:p w14:paraId="1806F57B" w14:textId="77777777" w:rsidR="00E83D3C" w:rsidRDefault="00E83D3C" w:rsidP="00E20C4B">
            <w:r>
              <w:t>Rs. 2,500</w:t>
            </w:r>
          </w:p>
        </w:tc>
        <w:tc>
          <w:tcPr>
            <w:tcW w:w="3417" w:type="dxa"/>
          </w:tcPr>
          <w:p w14:paraId="5E04319E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Eligible to participate in AMPP training programs and technical workshops</w:t>
            </w:r>
          </w:p>
          <w:p w14:paraId="61F0749B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May apply for travel grants for AMPP events</w:t>
            </w:r>
          </w:p>
          <w:p w14:paraId="60B641F6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No voting rights</w:t>
            </w:r>
          </w:p>
        </w:tc>
      </w:tr>
      <w:tr w:rsidR="00E83D3C" w14:paraId="163EDF53" w14:textId="77777777" w:rsidTr="00E20C4B">
        <w:tc>
          <w:tcPr>
            <w:tcW w:w="2079" w:type="dxa"/>
          </w:tcPr>
          <w:p w14:paraId="5CBCE063" w14:textId="143E5C98" w:rsidR="00E83D3C" w:rsidRDefault="00E83D3C" w:rsidP="00E20C4B">
            <w:r>
              <w:t>Trainee</w:t>
            </w:r>
            <w:r>
              <w:t>/student</w:t>
            </w:r>
            <w:r>
              <w:t xml:space="preserve"> Member</w:t>
            </w:r>
          </w:p>
        </w:tc>
        <w:tc>
          <w:tcPr>
            <w:tcW w:w="2849" w:type="dxa"/>
          </w:tcPr>
          <w:p w14:paraId="54F90EE7" w14:textId="77777777" w:rsidR="00E83D3C" w:rsidRDefault="00E83D3C" w:rsidP="00E20C4B">
            <w:r>
              <w:t>Postgraduate trainees, fellows, or students in molecular pathology, genetics, or related fields.</w:t>
            </w:r>
          </w:p>
        </w:tc>
        <w:tc>
          <w:tcPr>
            <w:tcW w:w="1261" w:type="dxa"/>
          </w:tcPr>
          <w:p w14:paraId="71BDA50F" w14:textId="77777777" w:rsidR="00E83D3C" w:rsidRDefault="00E83D3C" w:rsidP="00E20C4B">
            <w:r>
              <w:t>Rs. 2,000</w:t>
            </w:r>
          </w:p>
        </w:tc>
        <w:tc>
          <w:tcPr>
            <w:tcW w:w="3417" w:type="dxa"/>
          </w:tcPr>
          <w:p w14:paraId="137214EE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Eligible to apply for bursaries or travel grants to attend AMPP workshops, training sessions, and conferences</w:t>
            </w:r>
          </w:p>
          <w:p w14:paraId="1A99B845" w14:textId="77777777" w:rsidR="00E83D3C" w:rsidRDefault="00E83D3C" w:rsidP="00E20C4B">
            <w:pPr>
              <w:pStyle w:val="ListParagraph"/>
              <w:numPr>
                <w:ilvl w:val="0"/>
                <w:numId w:val="10"/>
              </w:numPr>
            </w:pPr>
            <w:r>
              <w:t>No voting rights</w:t>
            </w:r>
          </w:p>
        </w:tc>
      </w:tr>
    </w:tbl>
    <w:p w14:paraId="09E15CC4" w14:textId="77777777" w:rsidR="00E83D3C" w:rsidRDefault="00E83D3C"/>
    <w:p w14:paraId="5133A7DE" w14:textId="5ED5B062" w:rsidR="00E83D3C" w:rsidRDefault="00E83D3C">
      <w:r>
        <w:t>Please select the membership you are applying for:</w:t>
      </w:r>
    </w:p>
    <w:p w14:paraId="5EA521D0" w14:textId="5DB7C462" w:rsidR="00077AD7" w:rsidRDefault="00000000">
      <w:r>
        <w:t>☐ F</w:t>
      </w:r>
      <w:r w:rsidR="00E83D3C">
        <w:t>ellow Member</w:t>
      </w:r>
      <w:r>
        <w:t xml:space="preserve"> </w:t>
      </w:r>
    </w:p>
    <w:p w14:paraId="000F063A" w14:textId="7A9811A4" w:rsidR="00077AD7" w:rsidRDefault="00000000">
      <w:r>
        <w:t xml:space="preserve">☐ </w:t>
      </w:r>
      <w:r w:rsidR="00E83D3C">
        <w:t>Regular Member</w:t>
      </w:r>
      <w:r>
        <w:t xml:space="preserve"> </w:t>
      </w:r>
    </w:p>
    <w:p w14:paraId="5B6E947E" w14:textId="740545B7" w:rsidR="00077AD7" w:rsidRDefault="00000000">
      <w:r>
        <w:t xml:space="preserve">☐ </w:t>
      </w:r>
      <w:r w:rsidR="00E83D3C">
        <w:t>Technologist Member</w:t>
      </w:r>
    </w:p>
    <w:p w14:paraId="6D6CC80E" w14:textId="07D8AD90" w:rsidR="00E83D3C" w:rsidRDefault="00E83D3C" w:rsidP="00E83D3C">
      <w:r>
        <w:rPr>
          <w:rFonts w:ascii="Segoe UI Symbol" w:hAnsi="Segoe UI Symbol" w:cs="Segoe UI Symbol"/>
        </w:rPr>
        <w:t>☐</w:t>
      </w:r>
      <w:r>
        <w:t xml:space="preserve"> T</w:t>
      </w:r>
      <w:r>
        <w:t>rainee/student</w:t>
      </w:r>
      <w:r>
        <w:t xml:space="preserve"> Member</w:t>
      </w:r>
    </w:p>
    <w:p w14:paraId="423377C8" w14:textId="77777777" w:rsidR="00E83D3C" w:rsidRDefault="00E83D3C"/>
    <w:p w14:paraId="3C43932C" w14:textId="77777777" w:rsidR="00077AD7" w:rsidRDefault="00000000">
      <w:pPr>
        <w:pStyle w:val="Heading3"/>
      </w:pPr>
      <w:r>
        <w:t>Section 5: Supporting Information</w:t>
      </w:r>
    </w:p>
    <w:p w14:paraId="0771C798" w14:textId="77777777" w:rsidR="00077AD7" w:rsidRDefault="00000000">
      <w:r>
        <w:t>Highest Degree Obtained: ____________________________</w:t>
      </w:r>
    </w:p>
    <w:p w14:paraId="3302C612" w14:textId="77777777" w:rsidR="00077AD7" w:rsidRDefault="00000000">
      <w:r>
        <w:t>Year &amp; Institution: __________________________________</w:t>
      </w:r>
    </w:p>
    <w:p w14:paraId="0C756EB1" w14:textId="77777777" w:rsidR="00077AD7" w:rsidRDefault="00000000">
      <w:r>
        <w:lastRenderedPageBreak/>
        <w:t>Relevant Certifications/Training: ______________________</w:t>
      </w:r>
    </w:p>
    <w:p w14:paraId="10244117" w14:textId="77777777" w:rsidR="00077AD7" w:rsidRDefault="00000000">
      <w:r>
        <w:t>Publications/Research Interests (if any): ________________</w:t>
      </w:r>
    </w:p>
    <w:p w14:paraId="59E1B917" w14:textId="77777777" w:rsidR="00077AD7" w:rsidRDefault="00000000">
      <w:pPr>
        <w:pStyle w:val="Heading3"/>
      </w:pPr>
      <w:r>
        <w:t>Section 6: References</w:t>
      </w:r>
    </w:p>
    <w:p w14:paraId="438687DD" w14:textId="77777777" w:rsidR="00077AD7" w:rsidRDefault="00000000">
      <w:r>
        <w:t>Referee Name: _____________________________________</w:t>
      </w:r>
    </w:p>
    <w:p w14:paraId="1B170154" w14:textId="77777777" w:rsidR="00077AD7" w:rsidRDefault="00000000">
      <w:r>
        <w:t>Referee Email/Phone: _______________________________</w:t>
      </w:r>
    </w:p>
    <w:p w14:paraId="5C9AB766" w14:textId="77777777" w:rsidR="00077AD7" w:rsidRDefault="00000000">
      <w:pPr>
        <w:pStyle w:val="Heading3"/>
      </w:pPr>
      <w:r>
        <w:t>Section 7: Declaration</w:t>
      </w:r>
    </w:p>
    <w:p w14:paraId="367AB3A0" w14:textId="77777777" w:rsidR="00077AD7" w:rsidRDefault="00000000">
      <w:r>
        <w:t>I hereby apply for membership in the Association of Molecular Pathology Pakistan (AMPP).</w:t>
      </w:r>
    </w:p>
    <w:p w14:paraId="1C49C65C" w14:textId="77777777" w:rsidR="00077AD7" w:rsidRDefault="00000000">
      <w:r>
        <w:t>I agree to abide by the constitution, bylaws, and code of ethics of the Association.</w:t>
      </w:r>
    </w:p>
    <w:p w14:paraId="554B8AF7" w14:textId="77777777" w:rsidR="00077AD7" w:rsidRDefault="00000000">
      <w:r>
        <w:t>Signature: ___________________________     Date: _______________________________</w:t>
      </w:r>
    </w:p>
    <w:p w14:paraId="1A6D3438" w14:textId="77777777" w:rsidR="008363F1" w:rsidRDefault="008363F1">
      <w:pPr>
        <w:pStyle w:val="Heading3"/>
      </w:pPr>
    </w:p>
    <w:p w14:paraId="42720A25" w14:textId="77777777" w:rsidR="008363F1" w:rsidRDefault="008363F1">
      <w:pPr>
        <w:pStyle w:val="Heading3"/>
      </w:pPr>
    </w:p>
    <w:p w14:paraId="4E1F13E0" w14:textId="6A7916F1" w:rsidR="00077AD7" w:rsidRDefault="00000000">
      <w:pPr>
        <w:pStyle w:val="Heading3"/>
      </w:pPr>
      <w:r>
        <w:t>Office Use Only</w:t>
      </w:r>
    </w:p>
    <w:p w14:paraId="194A52AB" w14:textId="77777777" w:rsidR="00077AD7" w:rsidRDefault="00000000">
      <w:r>
        <w:t>Application Received on: __________________________</w:t>
      </w:r>
    </w:p>
    <w:p w14:paraId="535218E0" w14:textId="77777777" w:rsidR="00077AD7" w:rsidRDefault="00000000">
      <w:r>
        <w:t>Membership ID: __________________________________</w:t>
      </w:r>
    </w:p>
    <w:p w14:paraId="0F913068" w14:textId="77777777" w:rsidR="00077AD7" w:rsidRDefault="00000000">
      <w:r>
        <w:t>Membership Approved: ☐ Yes ☐ No</w:t>
      </w:r>
    </w:p>
    <w:p w14:paraId="4FFAAFE4" w14:textId="77777777" w:rsidR="00077AD7" w:rsidRDefault="00000000">
      <w:r>
        <w:t>Remarks: ______________________________________</w:t>
      </w:r>
    </w:p>
    <w:sectPr w:rsidR="00077AD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A804FD"/>
    <w:multiLevelType w:val="hybridMultilevel"/>
    <w:tmpl w:val="83829AEA"/>
    <w:lvl w:ilvl="0" w:tplc="511E64D4">
      <w:start w:val="18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1004964">
    <w:abstractNumId w:val="8"/>
  </w:num>
  <w:num w:numId="2" w16cid:durableId="1911842131">
    <w:abstractNumId w:val="6"/>
  </w:num>
  <w:num w:numId="3" w16cid:durableId="1272476524">
    <w:abstractNumId w:val="5"/>
  </w:num>
  <w:num w:numId="4" w16cid:durableId="1379625239">
    <w:abstractNumId w:val="4"/>
  </w:num>
  <w:num w:numId="5" w16cid:durableId="1060254913">
    <w:abstractNumId w:val="7"/>
  </w:num>
  <w:num w:numId="6" w16cid:durableId="1439712276">
    <w:abstractNumId w:val="3"/>
  </w:num>
  <w:num w:numId="7" w16cid:durableId="1415780290">
    <w:abstractNumId w:val="2"/>
  </w:num>
  <w:num w:numId="8" w16cid:durableId="263075230">
    <w:abstractNumId w:val="1"/>
  </w:num>
  <w:num w:numId="9" w16cid:durableId="1222592748">
    <w:abstractNumId w:val="0"/>
  </w:num>
  <w:num w:numId="10" w16cid:durableId="11911823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7AD7"/>
    <w:rsid w:val="0015074B"/>
    <w:rsid w:val="0029639D"/>
    <w:rsid w:val="00326F90"/>
    <w:rsid w:val="004C3168"/>
    <w:rsid w:val="008363F1"/>
    <w:rsid w:val="00952AA3"/>
    <w:rsid w:val="00AA1D8D"/>
    <w:rsid w:val="00B47730"/>
    <w:rsid w:val="00C114C9"/>
    <w:rsid w:val="00CB0664"/>
    <w:rsid w:val="00E83D3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02AC1F"/>
  <w14:defaultImageDpi w14:val="300"/>
  <w15:docId w15:val="{88731A01-1CCD-462D-A264-620F86D84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2654</Characters>
  <Application>Microsoft Office Word</Application>
  <DocSecurity>0</DocSecurity>
  <Lines>71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Natasha Anwar</cp:lastModifiedBy>
  <cp:revision>3</cp:revision>
  <dcterms:created xsi:type="dcterms:W3CDTF">2025-10-02T02:45:00Z</dcterms:created>
  <dcterms:modified xsi:type="dcterms:W3CDTF">2025-10-06T14:58:00Z</dcterms:modified>
  <cp:category/>
</cp:coreProperties>
</file>