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17EF44" w14:textId="77777777" w:rsidR="006E068B" w:rsidRDefault="00000000">
      <w:pPr>
        <w:jc w:val="center"/>
      </w:pPr>
      <w:r>
        <w:rPr>
          <w:noProof/>
        </w:rPr>
        <w:drawing>
          <wp:inline distT="0" distB="0" distL="0" distR="0" wp14:anchorId="24C3ACCB" wp14:editId="01C8A351">
            <wp:extent cx="1371600" cy="126609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42efa19-93d4-4f94-a230-888a6350e196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266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42EA0F" w14:textId="77777777" w:rsidR="006E068B" w:rsidRDefault="00000000">
      <w:pPr>
        <w:pStyle w:val="Heading1"/>
      </w:pPr>
      <w:r>
        <w:t>Association of Molecular Pathology Pakistan (AMPP)</w:t>
      </w:r>
    </w:p>
    <w:p w14:paraId="6519F992" w14:textId="77777777" w:rsidR="006E068B" w:rsidRDefault="00000000">
      <w:pPr>
        <w:pStyle w:val="Heading2"/>
      </w:pPr>
      <w:r>
        <w:t>Corporate Partnership Program</w:t>
      </w:r>
    </w:p>
    <w:p w14:paraId="308831C1" w14:textId="77777777" w:rsidR="006E068B" w:rsidRDefault="00000000">
      <w:r>
        <w:t>The AMPP Corporate Partnership Program builds long-term collaborations with diagnostic, pharmaceutical, and biotechnology organizations committed to advancing molecular pathology in Pakistan. Partners gain visibility, recognition, and engagement opportunities through AMPP events and initiatives.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2"/>
        <w:gridCol w:w="2406"/>
        <w:gridCol w:w="3992"/>
      </w:tblGrid>
      <w:tr w:rsidR="006E068B" w14:paraId="3521B45B" w14:textId="77777777" w:rsidTr="007578EB">
        <w:tc>
          <w:tcPr>
            <w:tcW w:w="2235" w:type="dxa"/>
            <w:shd w:val="clear" w:color="auto" w:fill="92D050"/>
          </w:tcPr>
          <w:p w14:paraId="73E9792D" w14:textId="77777777" w:rsidR="006E068B" w:rsidRDefault="00000000">
            <w:pPr>
              <w:jc w:val="center"/>
            </w:pPr>
            <w:r>
              <w:rPr>
                <w:b/>
              </w:rPr>
              <w:t>Category</w:t>
            </w:r>
          </w:p>
        </w:tc>
        <w:tc>
          <w:tcPr>
            <w:tcW w:w="2409" w:type="dxa"/>
            <w:shd w:val="clear" w:color="auto" w:fill="92D050"/>
          </w:tcPr>
          <w:p w14:paraId="5EDA98CD" w14:textId="77777777" w:rsidR="006E068B" w:rsidRDefault="00000000">
            <w:pPr>
              <w:jc w:val="center"/>
            </w:pPr>
            <w:r>
              <w:rPr>
                <w:b/>
              </w:rPr>
              <w:t>Annual Contribution</w:t>
            </w:r>
          </w:p>
        </w:tc>
        <w:tc>
          <w:tcPr>
            <w:tcW w:w="3996" w:type="dxa"/>
            <w:shd w:val="clear" w:color="auto" w:fill="92D050"/>
          </w:tcPr>
          <w:p w14:paraId="0324C838" w14:textId="77777777" w:rsidR="006E068B" w:rsidRDefault="00000000">
            <w:pPr>
              <w:jc w:val="center"/>
            </w:pPr>
            <w:r>
              <w:rPr>
                <w:b/>
              </w:rPr>
              <w:t>Privileges</w:t>
            </w:r>
          </w:p>
        </w:tc>
      </w:tr>
      <w:tr w:rsidR="006E068B" w14:paraId="709FAC1E" w14:textId="77777777" w:rsidTr="007578EB">
        <w:tc>
          <w:tcPr>
            <w:tcW w:w="2235" w:type="dxa"/>
          </w:tcPr>
          <w:p w14:paraId="6910E0BF" w14:textId="77777777" w:rsidR="006E068B" w:rsidRDefault="00000000">
            <w:r>
              <w:t>Platinum Partner</w:t>
            </w:r>
          </w:p>
        </w:tc>
        <w:tc>
          <w:tcPr>
            <w:tcW w:w="2409" w:type="dxa"/>
          </w:tcPr>
          <w:p w14:paraId="478B007D" w14:textId="4A6C01FC" w:rsidR="006E068B" w:rsidRDefault="00000000">
            <w:r>
              <w:t xml:space="preserve">Rs. </w:t>
            </w:r>
            <w:r w:rsidR="007578EB">
              <w:t>2</w:t>
            </w:r>
            <w:r>
              <w:t>00,000</w:t>
            </w:r>
          </w:p>
        </w:tc>
        <w:tc>
          <w:tcPr>
            <w:tcW w:w="3996" w:type="dxa"/>
          </w:tcPr>
          <w:p w14:paraId="5671F9D7" w14:textId="77777777" w:rsidR="007578EB" w:rsidRDefault="00000000" w:rsidP="007578EB">
            <w:pPr>
              <w:pStyle w:val="ListParagraph"/>
              <w:numPr>
                <w:ilvl w:val="0"/>
                <w:numId w:val="10"/>
              </w:numPr>
            </w:pPr>
            <w:r>
              <w:t>Recognition as Platinum Partner at all AMPP events</w:t>
            </w:r>
          </w:p>
          <w:p w14:paraId="428E071F" w14:textId="5C437A13" w:rsidR="007578EB" w:rsidRDefault="00000000" w:rsidP="007578EB">
            <w:pPr>
              <w:pStyle w:val="ListParagraph"/>
              <w:numPr>
                <w:ilvl w:val="0"/>
                <w:numId w:val="10"/>
              </w:numPr>
            </w:pPr>
            <w:r>
              <w:t xml:space="preserve">Prominent logo display on banners, </w:t>
            </w:r>
            <w:proofErr w:type="gramStart"/>
            <w:r w:rsidR="007578EB">
              <w:t>website</w:t>
            </w:r>
            <w:proofErr w:type="gramEnd"/>
            <w:r>
              <w:t xml:space="preserve"> and event materials</w:t>
            </w:r>
          </w:p>
          <w:p w14:paraId="3A9E93FA" w14:textId="3EB852D2" w:rsidR="006E068B" w:rsidRDefault="007578EB" w:rsidP="007578EB">
            <w:pPr>
              <w:pStyle w:val="ListParagraph"/>
              <w:numPr>
                <w:ilvl w:val="0"/>
                <w:numId w:val="10"/>
              </w:numPr>
            </w:pPr>
            <w:r>
              <w:t>Priority access to sponsorship and workshop opportunities</w:t>
            </w:r>
            <w:r>
              <w:t xml:space="preserve"> </w:t>
            </w:r>
            <w:r w:rsidR="00000000">
              <w:t>at AMPP annual meeting</w:t>
            </w:r>
            <w:r>
              <w:t xml:space="preserve"> and events.</w:t>
            </w:r>
          </w:p>
        </w:tc>
      </w:tr>
      <w:tr w:rsidR="006E068B" w14:paraId="7A7CAFD8" w14:textId="77777777" w:rsidTr="007578EB">
        <w:tc>
          <w:tcPr>
            <w:tcW w:w="2235" w:type="dxa"/>
          </w:tcPr>
          <w:p w14:paraId="389AF3FC" w14:textId="77777777" w:rsidR="006E068B" w:rsidRDefault="00000000">
            <w:r>
              <w:t>Gold Partner</w:t>
            </w:r>
          </w:p>
        </w:tc>
        <w:tc>
          <w:tcPr>
            <w:tcW w:w="2409" w:type="dxa"/>
          </w:tcPr>
          <w:p w14:paraId="2B8ED268" w14:textId="4A8069E9" w:rsidR="006E068B" w:rsidRDefault="00000000">
            <w:r>
              <w:t xml:space="preserve">Rs. </w:t>
            </w:r>
            <w:r w:rsidR="007578EB">
              <w:t>1</w:t>
            </w:r>
            <w:r>
              <w:t>00,000</w:t>
            </w:r>
          </w:p>
        </w:tc>
        <w:tc>
          <w:tcPr>
            <w:tcW w:w="3996" w:type="dxa"/>
          </w:tcPr>
          <w:p w14:paraId="5604F249" w14:textId="77777777" w:rsidR="007578EB" w:rsidRDefault="00000000" w:rsidP="007578EB">
            <w:pPr>
              <w:pStyle w:val="ListParagraph"/>
              <w:numPr>
                <w:ilvl w:val="0"/>
                <w:numId w:val="10"/>
              </w:numPr>
            </w:pPr>
            <w:r>
              <w:t>Logo display on AMPP website and event material</w:t>
            </w:r>
          </w:p>
          <w:p w14:paraId="212A9AAD" w14:textId="59DD7065" w:rsidR="007578EB" w:rsidRDefault="00000000" w:rsidP="007578EB">
            <w:pPr>
              <w:pStyle w:val="ListParagraph"/>
              <w:numPr>
                <w:ilvl w:val="0"/>
                <w:numId w:val="10"/>
              </w:numPr>
            </w:pPr>
            <w:r>
              <w:t>Recognition at events</w:t>
            </w:r>
          </w:p>
        </w:tc>
      </w:tr>
      <w:tr w:rsidR="006E068B" w14:paraId="2E52A0FF" w14:textId="77777777" w:rsidTr="007578EB">
        <w:tc>
          <w:tcPr>
            <w:tcW w:w="2235" w:type="dxa"/>
          </w:tcPr>
          <w:p w14:paraId="1C72D8DF" w14:textId="77777777" w:rsidR="006E068B" w:rsidRDefault="00000000">
            <w:r>
              <w:t>Silver Partner</w:t>
            </w:r>
          </w:p>
        </w:tc>
        <w:tc>
          <w:tcPr>
            <w:tcW w:w="2409" w:type="dxa"/>
          </w:tcPr>
          <w:p w14:paraId="7CF6AFF6" w14:textId="3B6BFCE4" w:rsidR="006E068B" w:rsidRDefault="00000000">
            <w:r>
              <w:t>Rs. 50,000</w:t>
            </w:r>
          </w:p>
        </w:tc>
        <w:tc>
          <w:tcPr>
            <w:tcW w:w="3996" w:type="dxa"/>
          </w:tcPr>
          <w:p w14:paraId="1EC95F1D" w14:textId="052CE985" w:rsidR="006E068B" w:rsidRDefault="00000000" w:rsidP="007578EB">
            <w:pPr>
              <w:pStyle w:val="ListParagraph"/>
              <w:numPr>
                <w:ilvl w:val="0"/>
                <w:numId w:val="10"/>
              </w:numPr>
            </w:pPr>
            <w:r>
              <w:t>Logo on AMPP website and acknowledgment at meetings</w:t>
            </w:r>
          </w:p>
        </w:tc>
      </w:tr>
      <w:tr w:rsidR="006E068B" w14:paraId="09EF2DB6" w14:textId="77777777" w:rsidTr="007578EB">
        <w:tc>
          <w:tcPr>
            <w:tcW w:w="2235" w:type="dxa"/>
          </w:tcPr>
          <w:p w14:paraId="32F718B9" w14:textId="77777777" w:rsidR="006E068B" w:rsidRDefault="00000000">
            <w:r>
              <w:t>Bronze Partner</w:t>
            </w:r>
          </w:p>
        </w:tc>
        <w:tc>
          <w:tcPr>
            <w:tcW w:w="2409" w:type="dxa"/>
          </w:tcPr>
          <w:p w14:paraId="4C7C52FD" w14:textId="59B08CEA" w:rsidR="006E068B" w:rsidRDefault="00000000">
            <w:r>
              <w:t xml:space="preserve">Rs. </w:t>
            </w:r>
            <w:r w:rsidR="007578EB">
              <w:t>2</w:t>
            </w:r>
            <w:r>
              <w:t>5,000</w:t>
            </w:r>
          </w:p>
        </w:tc>
        <w:tc>
          <w:tcPr>
            <w:tcW w:w="3996" w:type="dxa"/>
          </w:tcPr>
          <w:p w14:paraId="58888F52" w14:textId="6518FBC2" w:rsidR="006E068B" w:rsidRDefault="00000000" w:rsidP="007578EB">
            <w:pPr>
              <w:pStyle w:val="ListParagraph"/>
              <w:numPr>
                <w:ilvl w:val="0"/>
                <w:numId w:val="10"/>
              </w:numPr>
            </w:pPr>
            <w:r>
              <w:t>Opportunity to display materials at select AMPP events</w:t>
            </w:r>
          </w:p>
        </w:tc>
      </w:tr>
    </w:tbl>
    <w:p w14:paraId="5098B580" w14:textId="77777777" w:rsidR="007578EB" w:rsidRDefault="007578EB">
      <w:pPr>
        <w:pStyle w:val="Heading3"/>
      </w:pPr>
    </w:p>
    <w:p w14:paraId="37B94854" w14:textId="651ACF89" w:rsidR="006E068B" w:rsidRDefault="00000000">
      <w:pPr>
        <w:pStyle w:val="Heading3"/>
      </w:pPr>
      <w:r>
        <w:t>Partnership Declaration</w:t>
      </w:r>
    </w:p>
    <w:p w14:paraId="5A18949B" w14:textId="77777777" w:rsidR="006E068B" w:rsidRDefault="00000000">
      <w:r>
        <w:t>We wish to participate in the AMPP Corporate Partnership Program and agree to the terms outlined for the selected category above.</w:t>
      </w:r>
    </w:p>
    <w:p w14:paraId="7C09F332" w14:textId="77777777" w:rsidR="006E068B" w:rsidRDefault="00000000">
      <w:r>
        <w:t>Authorized Signatory: ___________________________     Date: _______________________________</w:t>
      </w:r>
    </w:p>
    <w:sectPr w:rsidR="006E068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A721EC8"/>
    <w:multiLevelType w:val="hybridMultilevel"/>
    <w:tmpl w:val="E826B4FE"/>
    <w:lvl w:ilvl="0" w:tplc="FB30EB70">
      <w:start w:val="185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8588536">
    <w:abstractNumId w:val="8"/>
  </w:num>
  <w:num w:numId="2" w16cid:durableId="1237016089">
    <w:abstractNumId w:val="6"/>
  </w:num>
  <w:num w:numId="3" w16cid:durableId="1608810287">
    <w:abstractNumId w:val="5"/>
  </w:num>
  <w:num w:numId="4" w16cid:durableId="200559856">
    <w:abstractNumId w:val="4"/>
  </w:num>
  <w:num w:numId="5" w16cid:durableId="184363605">
    <w:abstractNumId w:val="7"/>
  </w:num>
  <w:num w:numId="6" w16cid:durableId="2090686211">
    <w:abstractNumId w:val="3"/>
  </w:num>
  <w:num w:numId="7" w16cid:durableId="1570842726">
    <w:abstractNumId w:val="2"/>
  </w:num>
  <w:num w:numId="8" w16cid:durableId="143744399">
    <w:abstractNumId w:val="1"/>
  </w:num>
  <w:num w:numId="9" w16cid:durableId="1272930029">
    <w:abstractNumId w:val="0"/>
  </w:num>
  <w:num w:numId="10" w16cid:durableId="163329329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6E068B"/>
    <w:rsid w:val="007578EB"/>
    <w:rsid w:val="00952AA3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67BEF5E"/>
  <w14:defaultImageDpi w14:val="300"/>
  <w15:docId w15:val="{835871F4-FEF0-4E61-ABD9-316863C93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1016</Characters>
  <Application>Microsoft Office Word</Application>
  <DocSecurity>0</DocSecurity>
  <Lines>44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Natasha Anwar</cp:lastModifiedBy>
  <cp:revision>2</cp:revision>
  <dcterms:created xsi:type="dcterms:W3CDTF">2025-10-06T15:05:00Z</dcterms:created>
  <dcterms:modified xsi:type="dcterms:W3CDTF">2025-10-06T15:05:00Z</dcterms:modified>
  <cp:category/>
</cp:coreProperties>
</file>